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DCF44" w14:textId="72A10975" w:rsidR="001E3B2F" w:rsidRPr="00C66E23" w:rsidRDefault="006A553A">
      <w:pPr>
        <w:pStyle w:val="Heading1"/>
        <w:rPr>
          <w:sz w:val="36"/>
          <w:szCs w:val="36"/>
        </w:rPr>
      </w:pPr>
      <w:r w:rsidRPr="00C66E23">
        <w:rPr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40BFACB4" wp14:editId="7EAD97F6">
            <wp:simplePos x="0" y="0"/>
            <wp:positionH relativeFrom="column">
              <wp:posOffset>161925</wp:posOffset>
            </wp:positionH>
            <wp:positionV relativeFrom="paragraph">
              <wp:posOffset>-276225</wp:posOffset>
            </wp:positionV>
            <wp:extent cx="6523355" cy="2036445"/>
            <wp:effectExtent l="0" t="0" r="0" b="1905"/>
            <wp:wrapNone/>
            <wp:docPr id="946766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6E23">
        <w:rPr>
          <w:sz w:val="36"/>
          <w:szCs w:val="36"/>
        </w:rPr>
        <w:t>202</w:t>
      </w:r>
      <w:r w:rsidR="00C64DCE">
        <w:rPr>
          <w:sz w:val="36"/>
          <w:szCs w:val="36"/>
        </w:rPr>
        <w:t>6</w:t>
      </w:r>
      <w:r w:rsidRPr="00C66E23">
        <w:rPr>
          <w:sz w:val="36"/>
          <w:szCs w:val="36"/>
        </w:rPr>
        <w:t xml:space="preserve"> Easter Nationals Entry Form</w:t>
      </w:r>
    </w:p>
    <w:p w14:paraId="2AE5CA03" w14:textId="77777777" w:rsidR="00C66E23" w:rsidRDefault="00C66E23"/>
    <w:p w14:paraId="0B25438A" w14:textId="16A4600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 xml:space="preserve">Event Dates: April </w:t>
      </w:r>
      <w:r w:rsidR="00A15274" w:rsidRPr="00C66E23">
        <w:rPr>
          <w:sz w:val="20"/>
          <w:szCs w:val="20"/>
        </w:rPr>
        <w:t>3-5</w:t>
      </w:r>
      <w:r w:rsidR="00A15274" w:rsidRPr="00C66E23">
        <w:rPr>
          <w:sz w:val="20"/>
          <w:szCs w:val="20"/>
          <w:vertAlign w:val="superscript"/>
        </w:rPr>
        <w:t>th</w:t>
      </w:r>
      <w:r w:rsidR="00A15274" w:rsidRPr="00C66E23">
        <w:rPr>
          <w:sz w:val="20"/>
          <w:szCs w:val="20"/>
        </w:rPr>
        <w:t xml:space="preserve"> </w:t>
      </w:r>
      <w:r w:rsidRPr="00C66E23">
        <w:rPr>
          <w:sz w:val="20"/>
          <w:szCs w:val="20"/>
        </w:rPr>
        <w:t>, 202</w:t>
      </w:r>
      <w:r w:rsidR="00C64DCE">
        <w:rPr>
          <w:sz w:val="20"/>
          <w:szCs w:val="20"/>
        </w:rPr>
        <w:t>6</w:t>
      </w:r>
    </w:p>
    <w:p w14:paraId="2F9CC4D3" w14:textId="7777777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>Venue: Lake Hood, Ashburton</w:t>
      </w:r>
    </w:p>
    <w:p w14:paraId="2C379544" w14:textId="77777777" w:rsidR="001E3B2F" w:rsidRPr="00C66E23" w:rsidRDefault="00003EDE">
      <w:pPr>
        <w:rPr>
          <w:sz w:val="20"/>
          <w:szCs w:val="20"/>
        </w:rPr>
      </w:pPr>
      <w:r w:rsidRPr="00C66E23">
        <w:rPr>
          <w:sz w:val="20"/>
          <w:szCs w:val="20"/>
        </w:rPr>
        <w:t>Entries Close: [Insert Closing Date]</w:t>
      </w:r>
    </w:p>
    <w:p w14:paraId="6B661789" w14:textId="77777777" w:rsidR="001E3B2F" w:rsidRDefault="00003EDE">
      <w:pPr>
        <w:pStyle w:val="Heading2"/>
      </w:pPr>
      <w:r>
        <w:t>Personal Details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E3B2F" w14:paraId="382CE70C" w14:textId="77777777">
        <w:tc>
          <w:tcPr>
            <w:tcW w:w="4320" w:type="dxa"/>
          </w:tcPr>
          <w:p w14:paraId="46A1C7B3" w14:textId="77777777" w:rsidR="001E3B2F" w:rsidRDefault="00003EDE">
            <w:r>
              <w:t>Full Name</w:t>
            </w:r>
          </w:p>
        </w:tc>
        <w:tc>
          <w:tcPr>
            <w:tcW w:w="4320" w:type="dxa"/>
          </w:tcPr>
          <w:p w14:paraId="4776EB47" w14:textId="0523BA2F" w:rsidR="001E3B2F" w:rsidRDefault="00003EDE">
            <w:r>
              <w:t>____________________________</w:t>
            </w:r>
          </w:p>
        </w:tc>
      </w:tr>
      <w:tr w:rsidR="001E3B2F" w14:paraId="3761A6F3" w14:textId="77777777">
        <w:tc>
          <w:tcPr>
            <w:tcW w:w="4320" w:type="dxa"/>
          </w:tcPr>
          <w:p w14:paraId="2DA8928C" w14:textId="77777777" w:rsidR="001E3B2F" w:rsidRDefault="00003EDE">
            <w:r>
              <w:t>NZMPBA Membership Number</w:t>
            </w:r>
          </w:p>
        </w:tc>
        <w:tc>
          <w:tcPr>
            <w:tcW w:w="4320" w:type="dxa"/>
          </w:tcPr>
          <w:p w14:paraId="370AE0DF" w14:textId="538681F2" w:rsidR="001E3B2F" w:rsidRDefault="00003EDE">
            <w:r>
              <w:t>____________________________</w:t>
            </w:r>
          </w:p>
        </w:tc>
      </w:tr>
      <w:tr w:rsidR="001E3B2F" w14:paraId="27E6898A" w14:textId="77777777">
        <w:tc>
          <w:tcPr>
            <w:tcW w:w="4320" w:type="dxa"/>
          </w:tcPr>
          <w:p w14:paraId="384E8D3F" w14:textId="77777777" w:rsidR="001E3B2F" w:rsidRDefault="00003EDE">
            <w:r>
              <w:t>Address</w:t>
            </w:r>
          </w:p>
        </w:tc>
        <w:tc>
          <w:tcPr>
            <w:tcW w:w="4320" w:type="dxa"/>
          </w:tcPr>
          <w:p w14:paraId="388D82FA" w14:textId="77777777" w:rsidR="001E3B2F" w:rsidRDefault="00003EDE">
            <w:r>
              <w:t>____________________________</w:t>
            </w:r>
          </w:p>
        </w:tc>
      </w:tr>
      <w:tr w:rsidR="001E3B2F" w14:paraId="3DD445DC" w14:textId="77777777">
        <w:tc>
          <w:tcPr>
            <w:tcW w:w="4320" w:type="dxa"/>
          </w:tcPr>
          <w:p w14:paraId="52372901" w14:textId="77777777" w:rsidR="001E3B2F" w:rsidRDefault="00003EDE">
            <w:r>
              <w:t>Phone Number</w:t>
            </w:r>
          </w:p>
        </w:tc>
        <w:tc>
          <w:tcPr>
            <w:tcW w:w="4320" w:type="dxa"/>
          </w:tcPr>
          <w:p w14:paraId="292CFC35" w14:textId="77777777" w:rsidR="001E3B2F" w:rsidRDefault="00003EDE">
            <w:r>
              <w:t>____________________________</w:t>
            </w:r>
          </w:p>
        </w:tc>
      </w:tr>
      <w:tr w:rsidR="001E3B2F" w14:paraId="6195A06E" w14:textId="77777777">
        <w:tc>
          <w:tcPr>
            <w:tcW w:w="4320" w:type="dxa"/>
          </w:tcPr>
          <w:p w14:paraId="1388E323" w14:textId="77777777" w:rsidR="001E3B2F" w:rsidRDefault="00003EDE">
            <w:r>
              <w:t>Email Address</w:t>
            </w:r>
          </w:p>
        </w:tc>
        <w:tc>
          <w:tcPr>
            <w:tcW w:w="4320" w:type="dxa"/>
          </w:tcPr>
          <w:p w14:paraId="057E83DE" w14:textId="77777777" w:rsidR="001E3B2F" w:rsidRDefault="00003EDE">
            <w:r>
              <w:t>____________________________</w:t>
            </w:r>
          </w:p>
        </w:tc>
      </w:tr>
      <w:tr w:rsidR="001E3B2F" w14:paraId="07266611" w14:textId="77777777">
        <w:tc>
          <w:tcPr>
            <w:tcW w:w="4320" w:type="dxa"/>
          </w:tcPr>
          <w:p w14:paraId="4438926C" w14:textId="77777777" w:rsidR="001E3B2F" w:rsidRDefault="00003EDE">
            <w:r>
              <w:t>Emergency Contact Name / Phone</w:t>
            </w:r>
          </w:p>
        </w:tc>
        <w:tc>
          <w:tcPr>
            <w:tcW w:w="4320" w:type="dxa"/>
          </w:tcPr>
          <w:p w14:paraId="495619BE" w14:textId="77777777" w:rsidR="001E3B2F" w:rsidRDefault="00003EDE">
            <w:r>
              <w:t>____________________________</w:t>
            </w:r>
          </w:p>
        </w:tc>
      </w:tr>
    </w:tbl>
    <w:p w14:paraId="67265E0F" w14:textId="77777777" w:rsidR="001E3B2F" w:rsidRDefault="00003EDE">
      <w:pPr>
        <w:pStyle w:val="Heading2"/>
      </w:pPr>
      <w:r>
        <w:t>Class Entries</w:t>
      </w:r>
    </w:p>
    <w:p w14:paraId="45F35504" w14:textId="22D8061A" w:rsidR="001E3B2F" w:rsidRDefault="00003EDE">
      <w:r>
        <w:t>(Please tick the classes you wish to enter)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</w:tblGrid>
      <w:tr w:rsidR="00A15274" w:rsidRPr="00C66E23" w14:paraId="1AD5B946" w14:textId="77777777">
        <w:tc>
          <w:tcPr>
            <w:tcW w:w="2880" w:type="dxa"/>
          </w:tcPr>
          <w:p w14:paraId="2311660D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✓</w:t>
            </w:r>
          </w:p>
        </w:tc>
        <w:tc>
          <w:tcPr>
            <w:tcW w:w="2880" w:type="dxa"/>
          </w:tcPr>
          <w:p w14:paraId="6D84D444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Class</w:t>
            </w:r>
          </w:p>
        </w:tc>
      </w:tr>
      <w:tr w:rsidR="00A15274" w:rsidRPr="00C66E23" w14:paraId="46A40212" w14:textId="77777777">
        <w:tc>
          <w:tcPr>
            <w:tcW w:w="2880" w:type="dxa"/>
          </w:tcPr>
          <w:p w14:paraId="14316F20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4780D70C" w14:textId="2FD8F423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King of the Lake</w:t>
            </w:r>
          </w:p>
        </w:tc>
      </w:tr>
      <w:tr w:rsidR="00A15274" w:rsidRPr="00C66E23" w14:paraId="6CF836FA" w14:textId="77777777">
        <w:tc>
          <w:tcPr>
            <w:tcW w:w="2880" w:type="dxa"/>
          </w:tcPr>
          <w:p w14:paraId="1CF0537E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4ABFD247" w14:textId="2E623D40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Hydro</w:t>
            </w:r>
          </w:p>
        </w:tc>
      </w:tr>
      <w:tr w:rsidR="00A15274" w:rsidRPr="00C66E23" w14:paraId="4521EBB0" w14:textId="77777777">
        <w:tc>
          <w:tcPr>
            <w:tcW w:w="2880" w:type="dxa"/>
          </w:tcPr>
          <w:p w14:paraId="09620478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0521596" w14:textId="21603E2C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Tunnel</w:t>
            </w:r>
          </w:p>
        </w:tc>
      </w:tr>
      <w:tr w:rsidR="00A15274" w:rsidRPr="00C66E23" w14:paraId="0619F95B" w14:textId="77777777">
        <w:tc>
          <w:tcPr>
            <w:tcW w:w="2880" w:type="dxa"/>
          </w:tcPr>
          <w:p w14:paraId="415B9674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71A7BFF9" w14:textId="3B06AE7B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Mono</w:t>
            </w:r>
          </w:p>
        </w:tc>
      </w:tr>
      <w:tr w:rsidR="00A15274" w:rsidRPr="00C66E23" w14:paraId="3374DCDA" w14:textId="77777777">
        <w:tc>
          <w:tcPr>
            <w:tcW w:w="2880" w:type="dxa"/>
          </w:tcPr>
          <w:p w14:paraId="2D7FC577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9C742EB" w14:textId="5B761121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Sport Petrol Hydro</w:t>
            </w:r>
          </w:p>
        </w:tc>
      </w:tr>
      <w:tr w:rsidR="00A15274" w:rsidRPr="00C66E23" w14:paraId="7AC56FDF" w14:textId="77777777">
        <w:tc>
          <w:tcPr>
            <w:tcW w:w="2880" w:type="dxa"/>
          </w:tcPr>
          <w:p w14:paraId="254973A9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0DE6D36B" w14:textId="2210FF7D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T1 Thunder Boat</w:t>
            </w:r>
          </w:p>
        </w:tc>
      </w:tr>
      <w:tr w:rsidR="00A15274" w:rsidRPr="00C66E23" w14:paraId="3D0F988C" w14:textId="77777777">
        <w:tc>
          <w:tcPr>
            <w:tcW w:w="2880" w:type="dxa"/>
          </w:tcPr>
          <w:p w14:paraId="0361A80A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4783C02" w14:textId="1096E096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Stock Mono</w:t>
            </w:r>
          </w:p>
        </w:tc>
      </w:tr>
      <w:tr w:rsidR="00A15274" w:rsidRPr="00C66E23" w14:paraId="661C8FD5" w14:textId="77777777">
        <w:tc>
          <w:tcPr>
            <w:tcW w:w="2880" w:type="dxa"/>
          </w:tcPr>
          <w:p w14:paraId="1A5C0595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74EECFC" w14:textId="35987964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Electric</w:t>
            </w:r>
          </w:p>
        </w:tc>
      </w:tr>
      <w:tr w:rsidR="00A15274" w:rsidRPr="00C66E23" w14:paraId="151A2945" w14:textId="77777777">
        <w:tc>
          <w:tcPr>
            <w:tcW w:w="2880" w:type="dxa"/>
          </w:tcPr>
          <w:p w14:paraId="70C6C5C7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149E569C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Crackerbox</w:t>
            </w:r>
          </w:p>
        </w:tc>
      </w:tr>
      <w:tr w:rsidR="00A15274" w:rsidRPr="00C66E23" w14:paraId="5B9217FD" w14:textId="77777777">
        <w:tc>
          <w:tcPr>
            <w:tcW w:w="2880" w:type="dxa"/>
          </w:tcPr>
          <w:p w14:paraId="27ADEC19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56473F1E" w14:textId="461F9DCF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Q6s Open</w:t>
            </w:r>
          </w:p>
        </w:tc>
      </w:tr>
      <w:tr w:rsidR="00A15274" w:rsidRPr="00C66E23" w14:paraId="53CFA66B" w14:textId="77777777">
        <w:tc>
          <w:tcPr>
            <w:tcW w:w="2880" w:type="dxa"/>
          </w:tcPr>
          <w:p w14:paraId="0EAF1935" w14:textId="77777777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6E66C6FD" w14:textId="292FEB8C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P 4S Open</w:t>
            </w:r>
          </w:p>
        </w:tc>
      </w:tr>
      <w:tr w:rsidR="00A15274" w:rsidRPr="00C66E23" w14:paraId="10301E6C" w14:textId="77777777">
        <w:tc>
          <w:tcPr>
            <w:tcW w:w="2880" w:type="dxa"/>
          </w:tcPr>
          <w:p w14:paraId="60304816" w14:textId="77777777" w:rsidR="00A15274" w:rsidRPr="00C66E23" w:rsidRDefault="00A15274">
            <w:pPr>
              <w:rPr>
                <w:sz w:val="20"/>
                <w:szCs w:val="20"/>
              </w:rPr>
            </w:pPr>
            <w:bookmarkStart w:id="0" w:name="_Hlk203815487"/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374A5F71" w14:textId="09A92A4D" w:rsidR="00A15274" w:rsidRPr="00C66E23" w:rsidRDefault="00A15274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Open Nitro</w:t>
            </w:r>
          </w:p>
        </w:tc>
      </w:tr>
      <w:bookmarkEnd w:id="0"/>
      <w:tr w:rsidR="00B54CD7" w:rsidRPr="00C66E23" w14:paraId="6A47096C" w14:textId="77777777" w:rsidTr="00003EDE">
        <w:tc>
          <w:tcPr>
            <w:tcW w:w="2880" w:type="dxa"/>
          </w:tcPr>
          <w:p w14:paraId="32A49EDA" w14:textId="77777777" w:rsidR="00B54CD7" w:rsidRPr="00C66E23" w:rsidRDefault="00B54CD7" w:rsidP="00B54CD7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☐</w:t>
            </w:r>
          </w:p>
        </w:tc>
        <w:tc>
          <w:tcPr>
            <w:tcW w:w="2880" w:type="dxa"/>
          </w:tcPr>
          <w:p w14:paraId="706EEB55" w14:textId="792C2D76" w:rsidR="00B54CD7" w:rsidRPr="00C66E23" w:rsidRDefault="00B54CD7" w:rsidP="00B54CD7">
            <w:pPr>
              <w:rPr>
                <w:sz w:val="20"/>
                <w:szCs w:val="20"/>
              </w:rPr>
            </w:pPr>
            <w:r w:rsidRPr="00C66E23">
              <w:rPr>
                <w:sz w:val="20"/>
                <w:szCs w:val="20"/>
              </w:rPr>
              <w:t>Petrol Out Rigger</w:t>
            </w:r>
          </w:p>
        </w:tc>
      </w:tr>
    </w:tbl>
    <w:p w14:paraId="210BC86A" w14:textId="58E19BF3" w:rsidR="001E3B2F" w:rsidRDefault="00003EDE">
      <w:pPr>
        <w:pStyle w:val="Heading2"/>
      </w:pPr>
      <w:r>
        <w:lastRenderedPageBreak/>
        <w:t>Fees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1E3B2F" w14:paraId="19071659" w14:textId="77777777">
        <w:tc>
          <w:tcPr>
            <w:tcW w:w="4320" w:type="dxa"/>
          </w:tcPr>
          <w:p w14:paraId="5C14404E" w14:textId="3E70FC76" w:rsidR="001E3B2F" w:rsidRDefault="00003EDE">
            <w:r>
              <w:t xml:space="preserve">Entry Fee </w:t>
            </w:r>
            <w:r w:rsidR="00A15274">
              <w:t>$</w:t>
            </w:r>
            <w:r w:rsidR="00C66E23">
              <w:t>3</w:t>
            </w:r>
            <w:r w:rsidR="00B54CD7">
              <w:t>5</w:t>
            </w:r>
          </w:p>
        </w:tc>
        <w:tc>
          <w:tcPr>
            <w:tcW w:w="4320" w:type="dxa"/>
          </w:tcPr>
          <w:p w14:paraId="0FF3DA36" w14:textId="77B170F0" w:rsidR="001E3B2F" w:rsidRDefault="00003EDE">
            <w:r>
              <w:t>$</w:t>
            </w:r>
            <w:r w:rsidR="006A553A">
              <w:t>_____</w:t>
            </w:r>
          </w:p>
        </w:tc>
      </w:tr>
      <w:tr w:rsidR="006A553A" w14:paraId="5B488166" w14:textId="77777777">
        <w:tc>
          <w:tcPr>
            <w:tcW w:w="4320" w:type="dxa"/>
          </w:tcPr>
          <w:p w14:paraId="3FF107CF" w14:textId="373F5FCF" w:rsidR="006A553A" w:rsidRDefault="006A553A" w:rsidP="006A553A">
            <w:r>
              <w:t>Entry Fee per Class $5</w:t>
            </w:r>
          </w:p>
        </w:tc>
        <w:tc>
          <w:tcPr>
            <w:tcW w:w="4320" w:type="dxa"/>
          </w:tcPr>
          <w:p w14:paraId="1CC561E0" w14:textId="5FB75DC6" w:rsidR="006A553A" w:rsidRDefault="006A553A" w:rsidP="006A553A">
            <w:r>
              <w:t>$______</w:t>
            </w:r>
          </w:p>
        </w:tc>
      </w:tr>
      <w:tr w:rsidR="006A553A" w14:paraId="6EEE33A4" w14:textId="77777777">
        <w:tc>
          <w:tcPr>
            <w:tcW w:w="4320" w:type="dxa"/>
          </w:tcPr>
          <w:p w14:paraId="6D3171D4" w14:textId="27AEDF6B" w:rsidR="006A553A" w:rsidRDefault="006A553A" w:rsidP="006A553A">
            <w:bookmarkStart w:id="1" w:name="_Hlk203818044"/>
            <w:r>
              <w:t>Nationals Tee Shirt $</w:t>
            </w:r>
            <w:r w:rsidR="006423E4">
              <w:t>50</w:t>
            </w:r>
          </w:p>
          <w:p w14:paraId="07991AA6" w14:textId="74F830DA" w:rsidR="006423E4" w:rsidRPr="00C66E23" w:rsidRDefault="00C66E23" w:rsidP="00C66E23">
            <w:r>
              <w:t xml:space="preserve">Nationals Iron </w:t>
            </w:r>
            <w:r w:rsidR="006423E4">
              <w:t>o</w:t>
            </w:r>
            <w:r>
              <w:t xml:space="preserve">n </w:t>
            </w:r>
            <w:r w:rsidR="006423E4">
              <w:t xml:space="preserve">Transfer’s $30 </w:t>
            </w:r>
          </w:p>
        </w:tc>
        <w:tc>
          <w:tcPr>
            <w:tcW w:w="4320" w:type="dxa"/>
          </w:tcPr>
          <w:p w14:paraId="72763252" w14:textId="44EED39B" w:rsidR="006A553A" w:rsidRDefault="006A553A" w:rsidP="006A553A">
            <w:r>
              <w:t>$_____</w:t>
            </w:r>
            <w:r w:rsidR="006423E4">
              <w:t xml:space="preserve">                        Size _____</w:t>
            </w:r>
          </w:p>
          <w:p w14:paraId="179FF7B2" w14:textId="683317B9" w:rsidR="00C66E23" w:rsidRDefault="00C66E23" w:rsidP="006A553A">
            <w:r w:rsidRPr="006423E4">
              <w:rPr>
                <w:sz w:val="18"/>
                <w:szCs w:val="18"/>
              </w:rPr>
              <w:t>$____</w:t>
            </w:r>
            <w:r w:rsidR="006423E4" w:rsidRPr="006423E4">
              <w:rPr>
                <w:sz w:val="18"/>
                <w:szCs w:val="18"/>
              </w:rPr>
              <w:t xml:space="preserve">_ </w:t>
            </w:r>
            <w:r w:rsidR="006423E4">
              <w:rPr>
                <w:sz w:val="18"/>
                <w:szCs w:val="18"/>
              </w:rPr>
              <w:t xml:space="preserve"> </w:t>
            </w:r>
            <w:r w:rsidR="00184ADB">
              <w:rPr>
                <w:sz w:val="18"/>
                <w:szCs w:val="18"/>
              </w:rPr>
              <w:t xml:space="preserve">   </w:t>
            </w:r>
            <w:r w:rsidR="006423E4" w:rsidRPr="006423E4">
              <w:rPr>
                <w:sz w:val="18"/>
                <w:szCs w:val="18"/>
              </w:rPr>
              <w:t>Available to Iron on your Own Shirt</w:t>
            </w:r>
            <w:r w:rsidR="0055251A">
              <w:rPr>
                <w:sz w:val="18"/>
                <w:szCs w:val="18"/>
              </w:rPr>
              <w:t xml:space="preserve">/Hoodie/Bag </w:t>
            </w:r>
            <w:proofErr w:type="spellStart"/>
            <w:r w:rsidR="0055251A">
              <w:rPr>
                <w:sz w:val="18"/>
                <w:szCs w:val="18"/>
              </w:rPr>
              <w:t>etc</w:t>
            </w:r>
            <w:proofErr w:type="spellEnd"/>
          </w:p>
        </w:tc>
      </w:tr>
      <w:bookmarkEnd w:id="1"/>
      <w:tr w:rsidR="00CE62DA" w14:paraId="46C0C635" w14:textId="77777777" w:rsidTr="00003EDE">
        <w:tc>
          <w:tcPr>
            <w:tcW w:w="4320" w:type="dxa"/>
          </w:tcPr>
          <w:p w14:paraId="2ABF1A6B" w14:textId="4E020AAE" w:rsidR="00CE62DA" w:rsidRDefault="00CE62DA" w:rsidP="00003EDE">
            <w:r>
              <w:t>Event Dinner Sunday 5</w:t>
            </w:r>
            <w:r w:rsidRPr="00CE62DA">
              <w:rPr>
                <w:vertAlign w:val="superscript"/>
              </w:rPr>
              <w:t>th</w:t>
            </w:r>
            <w:r>
              <w:t xml:space="preserve"> $45</w:t>
            </w:r>
          </w:p>
        </w:tc>
        <w:tc>
          <w:tcPr>
            <w:tcW w:w="4320" w:type="dxa"/>
          </w:tcPr>
          <w:p w14:paraId="00653C23" w14:textId="77777777" w:rsidR="00CE62DA" w:rsidRDefault="00CE62DA" w:rsidP="00003EDE">
            <w:r>
              <w:t>$_____</w:t>
            </w:r>
          </w:p>
        </w:tc>
      </w:tr>
      <w:tr w:rsidR="006A553A" w14:paraId="3CDDCD5A" w14:textId="77777777" w:rsidTr="00003EDE">
        <w:tc>
          <w:tcPr>
            <w:tcW w:w="4320" w:type="dxa"/>
          </w:tcPr>
          <w:p w14:paraId="63FC6B58" w14:textId="021A9F64" w:rsidR="00143F5B" w:rsidRDefault="00072D99" w:rsidP="00003E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 </w:t>
            </w:r>
            <w:r w:rsidR="006A553A" w:rsidRPr="00B54CD7">
              <w:rPr>
                <w:b/>
                <w:bCs/>
              </w:rPr>
              <w:t>Package Deal</w:t>
            </w:r>
            <w:r w:rsidR="00143F5B">
              <w:rPr>
                <w:b/>
                <w:bCs/>
              </w:rPr>
              <w:t xml:space="preserve"> –</w:t>
            </w:r>
          </w:p>
          <w:p w14:paraId="6D9851F3" w14:textId="3F776F7A" w:rsidR="006A553A" w:rsidRPr="00B54CD7" w:rsidRDefault="006A553A" w:rsidP="00003EDE">
            <w:pPr>
              <w:rPr>
                <w:b/>
                <w:bCs/>
              </w:rPr>
            </w:pPr>
            <w:r w:rsidRPr="00B54CD7">
              <w:rPr>
                <w:b/>
                <w:bCs/>
              </w:rPr>
              <w:t xml:space="preserve"> Includes Entry Fee + Unlimited Classes + Tee Shirt </w:t>
            </w:r>
            <w:r w:rsidR="00CE62DA">
              <w:rPr>
                <w:b/>
                <w:bCs/>
              </w:rPr>
              <w:t>+ Dinner</w:t>
            </w:r>
            <w:r w:rsidRPr="00B54CD7">
              <w:rPr>
                <w:b/>
                <w:bCs/>
              </w:rPr>
              <w:t xml:space="preserve">  $1</w:t>
            </w:r>
            <w:r w:rsidR="00CE62DA">
              <w:rPr>
                <w:b/>
                <w:bCs/>
              </w:rPr>
              <w:t>40</w:t>
            </w:r>
          </w:p>
        </w:tc>
        <w:tc>
          <w:tcPr>
            <w:tcW w:w="4320" w:type="dxa"/>
          </w:tcPr>
          <w:p w14:paraId="0DB2DF11" w14:textId="77777777" w:rsidR="006A553A" w:rsidRDefault="006A553A" w:rsidP="00003EDE">
            <w:r>
              <w:t>$_____</w:t>
            </w:r>
            <w:r w:rsidR="00B54CD7">
              <w:t>__</w:t>
            </w:r>
          </w:p>
          <w:p w14:paraId="078CBA90" w14:textId="0663E68A" w:rsidR="00CE62DA" w:rsidRDefault="00CE62DA" w:rsidP="00003EDE"/>
        </w:tc>
      </w:tr>
      <w:tr w:rsidR="006A553A" w14:paraId="4B31357A" w14:textId="77777777">
        <w:tc>
          <w:tcPr>
            <w:tcW w:w="4320" w:type="dxa"/>
          </w:tcPr>
          <w:p w14:paraId="433FFB76" w14:textId="77777777" w:rsidR="006A553A" w:rsidRDefault="006A553A" w:rsidP="006A553A">
            <w:r>
              <w:t>Total Enclosed</w:t>
            </w:r>
          </w:p>
        </w:tc>
        <w:tc>
          <w:tcPr>
            <w:tcW w:w="4320" w:type="dxa"/>
          </w:tcPr>
          <w:p w14:paraId="089EB277" w14:textId="7FD8AD23" w:rsidR="006A553A" w:rsidRDefault="006A553A" w:rsidP="006A553A">
            <w:r>
              <w:t>$__________</w:t>
            </w:r>
          </w:p>
        </w:tc>
      </w:tr>
    </w:tbl>
    <w:p w14:paraId="5CBB86DA" w14:textId="77777777" w:rsidR="006423E4" w:rsidRDefault="006423E4"/>
    <w:p w14:paraId="39DD76A4" w14:textId="50F37167" w:rsidR="001E3B2F" w:rsidRDefault="00003EDE">
      <w:r>
        <w:t xml:space="preserve">Please make payment to: NZMPBA </w:t>
      </w:r>
      <w:proofErr w:type="gramStart"/>
      <w:r w:rsidR="00E071EF">
        <w:t>( 02</w:t>
      </w:r>
      <w:proofErr w:type="gramEnd"/>
      <w:r w:rsidR="00E071EF">
        <w:t>-0600-0007986-</w:t>
      </w:r>
      <w:proofErr w:type="gramStart"/>
      <w:r w:rsidR="00E071EF">
        <w:t>00</w:t>
      </w:r>
      <w:r w:rsidR="004F2FC2">
        <w:t>2</w:t>
      </w:r>
      <w:r w:rsidR="00E071EF">
        <w:t xml:space="preserve"> )</w:t>
      </w:r>
      <w:proofErr w:type="gramEnd"/>
    </w:p>
    <w:p w14:paraId="001D4BF2" w14:textId="0EA96D67" w:rsidR="001E3B2F" w:rsidRDefault="00003EDE">
      <w:r>
        <w:t xml:space="preserve">Reference: </w:t>
      </w:r>
      <w:r w:rsidR="00E071EF">
        <w:t xml:space="preserve">   </w:t>
      </w:r>
      <w:r>
        <w:t>Your Name + N</w:t>
      </w:r>
      <w:r w:rsidR="00B54CD7">
        <w:t>ZMPBA #</w:t>
      </w:r>
    </w:p>
    <w:p w14:paraId="3300853A" w14:textId="6575714E" w:rsidR="0055251A" w:rsidRDefault="0055251A">
      <w:r>
        <w:t>BBQ Breakfast, Tea, Coffee and lunch food will be available to purchase over the 3 Days</w:t>
      </w:r>
    </w:p>
    <w:p w14:paraId="7EF738A2" w14:textId="77777777" w:rsidR="001E3B2F" w:rsidRDefault="00003EDE">
      <w:pPr>
        <w:pStyle w:val="Heading2"/>
      </w:pPr>
      <w:r>
        <w:t>Declaration</w:t>
      </w:r>
    </w:p>
    <w:p w14:paraId="07FBA711" w14:textId="77777777" w:rsidR="00B54CD7" w:rsidRDefault="00003EDE">
      <w:r>
        <w:t xml:space="preserve">I declare that all boats entered comply with NZMPBA rules and safety standards. </w:t>
      </w:r>
    </w:p>
    <w:p w14:paraId="6D44A81F" w14:textId="405B41E4" w:rsidR="001E3B2F" w:rsidRDefault="00003EDE">
      <w:r>
        <w:t xml:space="preserve">I agree to abide by the rules and directions of the event organizers and race officials. </w:t>
      </w:r>
    </w:p>
    <w:p w14:paraId="5A248343" w14:textId="123393BC" w:rsidR="00B54CD7" w:rsidRDefault="00B54CD7">
      <w:r>
        <w:t>I accept that photos of myself and boats maybe posted on social media</w:t>
      </w:r>
    </w:p>
    <w:p w14:paraId="489A374A" w14:textId="6959F690" w:rsidR="0055251A" w:rsidRDefault="0055251A">
      <w:r>
        <w:t>All Boats must clearly display your NZMPBA Number  (</w:t>
      </w:r>
      <w:r w:rsidR="00E071EF">
        <w:t>Lage Decal Numbers</w:t>
      </w:r>
      <w:r>
        <w:t xml:space="preserve"> are available to purchase at RC Parts  </w:t>
      </w:r>
      <w:hyperlink r:id="rId7" w:history="1">
        <w:r w:rsidRPr="0055251A">
          <w:rPr>
            <w:color w:val="0000FF"/>
            <w:u w:val="single"/>
          </w:rPr>
          <w:t>RC Decals</w:t>
        </w:r>
      </w:hyperlink>
      <w:r>
        <w:t xml:space="preserve"> ) </w:t>
      </w:r>
      <w:hyperlink r:id="rId8" w:history="1">
        <w:r w:rsidRPr="004268B5">
          <w:rPr>
            <w:rStyle w:val="Hyperlink"/>
          </w:rPr>
          <w:t>https://www.rcparts.co.nz/category/253730</w:t>
        </w:r>
      </w:hyperlink>
      <w:r>
        <w:t xml:space="preserve"> </w:t>
      </w:r>
    </w:p>
    <w:p w14:paraId="1F29AD0C" w14:textId="5D33D80D" w:rsidR="0055251A" w:rsidRDefault="00E071EF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2D435" wp14:editId="67FEFE7E">
            <wp:simplePos x="0" y="0"/>
            <wp:positionH relativeFrom="column">
              <wp:posOffset>3409950</wp:posOffset>
            </wp:positionH>
            <wp:positionV relativeFrom="paragraph">
              <wp:posOffset>641985</wp:posOffset>
            </wp:positionV>
            <wp:extent cx="3103245" cy="2304415"/>
            <wp:effectExtent l="0" t="0" r="1905" b="0"/>
            <wp:wrapNone/>
            <wp:docPr id="631877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51A">
        <w:t xml:space="preserve">All boats must be fitted with a working Kill switch. These can also be purchased at RC Parts </w:t>
      </w:r>
      <w:hyperlink r:id="rId10" w:history="1">
        <w:r w:rsidR="0055251A" w:rsidRPr="0055251A">
          <w:rPr>
            <w:color w:val="0000FF"/>
            <w:u w:val="single"/>
          </w:rPr>
          <w:t>Dynamite Large Scale Safety Kill Switch - RC Car Parts RC Boats</w:t>
        </w:r>
      </w:hyperlink>
      <w:r w:rsidR="0055251A">
        <w:t xml:space="preserve">  </w:t>
      </w:r>
      <w:r w:rsidR="0055251A" w:rsidRPr="0055251A">
        <w:t>https://www.rcparts.co.nz/product/dynamite-large-scale-safety-kill-switch</w:t>
      </w:r>
    </w:p>
    <w:p w14:paraId="7DF28C7E" w14:textId="72FA1F50" w:rsidR="001E3B2F" w:rsidRDefault="00003EDE">
      <w:r>
        <w:br/>
        <w:t>Signature: ____________________________</w:t>
      </w:r>
    </w:p>
    <w:p w14:paraId="5D04B8E1" w14:textId="75E13ED1" w:rsidR="001E3B2F" w:rsidRDefault="00003EDE">
      <w:r>
        <w:t>Date: ___________________</w:t>
      </w:r>
    </w:p>
    <w:p w14:paraId="19357A5D" w14:textId="6B103789" w:rsidR="001E3B2F" w:rsidRDefault="00B54CD7">
      <w:pPr>
        <w:pStyle w:val="Heading2"/>
      </w:pPr>
      <w:r>
        <w:t>Return Completed Entry Form To:</w:t>
      </w:r>
    </w:p>
    <w:p w14:paraId="33A40778" w14:textId="0682886E" w:rsidR="001E3B2F" w:rsidRDefault="00E87EF9">
      <w:hyperlink r:id="rId11" w:history="1">
        <w:r w:rsidRPr="00A01721">
          <w:rPr>
            <w:rStyle w:val="Hyperlink"/>
          </w:rPr>
          <w:t>rclifeltd@gmail.com</w:t>
        </w:r>
      </w:hyperlink>
    </w:p>
    <w:p w14:paraId="36BF5D96" w14:textId="2E306E7C" w:rsidR="001E3B2F" w:rsidRDefault="006423E4">
      <w:r>
        <w:t xml:space="preserve">Enquiries: </w:t>
      </w:r>
      <w:r w:rsidR="006A553A">
        <w:t>Kara Steenhart 027 7272789</w:t>
      </w:r>
    </w:p>
    <w:p w14:paraId="1A19B4E1" w14:textId="77777777" w:rsidR="00072D99" w:rsidRDefault="00072D99"/>
    <w:p w14:paraId="69932BA8" w14:textId="77777777" w:rsidR="006423E4" w:rsidRDefault="006423E4"/>
    <w:p w14:paraId="06909C7E" w14:textId="4DFEADF6" w:rsidR="00072D99" w:rsidRPr="00CE62DA" w:rsidRDefault="00072D99">
      <w:r w:rsidRPr="00CE62DA">
        <w:lastRenderedPageBreak/>
        <w:t>Lake Map + Link</w:t>
      </w:r>
    </w:p>
    <w:p w14:paraId="5F75B6A2" w14:textId="6FCD1E3C" w:rsidR="00072D99" w:rsidRPr="00CE62DA" w:rsidRDefault="00072D99">
      <w:hyperlink r:id="rId12" w:history="1">
        <w:r w:rsidRPr="00CE62DA">
          <w:rPr>
            <w:rStyle w:val="Hyperlink"/>
          </w:rPr>
          <w:t>https://maps.app.goo.gl/puBpyHiDibcqrFnG9</w:t>
        </w:r>
      </w:hyperlink>
    </w:p>
    <w:p w14:paraId="0B5C770D" w14:textId="37584260" w:rsidR="00072D99" w:rsidRDefault="00072D99">
      <w:hyperlink r:id="rId13" w:history="1">
        <w:r w:rsidRPr="00CE62DA">
          <w:rPr>
            <w:rStyle w:val="Hyperlink"/>
          </w:rPr>
          <w:t>https://maps.app.goo.gl/k6roThN8mc6pDCL69</w:t>
        </w:r>
      </w:hyperlink>
    </w:p>
    <w:p w14:paraId="376E94DC" w14:textId="7432D849" w:rsidR="00072D99" w:rsidRDefault="00CE62DA">
      <w:r>
        <w:t>Signs will be posted from Lake Hood</w:t>
      </w:r>
    </w:p>
    <w:p w14:paraId="02811E9F" w14:textId="08D52681" w:rsidR="00CE62DA" w:rsidRDefault="00CE62DA">
      <w:r>
        <w:rPr>
          <w:noProof/>
        </w:rPr>
        <w:drawing>
          <wp:inline distT="0" distB="0" distL="0" distR="0" wp14:anchorId="0FFFADEF" wp14:editId="16F0ECCC">
            <wp:extent cx="4933950" cy="4361507"/>
            <wp:effectExtent l="0" t="0" r="0" b="1270"/>
            <wp:docPr id="2023222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2" cy="439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F3AF8" w14:textId="5CCE3D38" w:rsidR="00072D99" w:rsidRDefault="00CE62DA">
      <w:r w:rsidRPr="00072D99">
        <w:rPr>
          <w:noProof/>
        </w:rPr>
        <w:drawing>
          <wp:inline distT="0" distB="0" distL="0" distR="0" wp14:anchorId="6F0F86CD" wp14:editId="68C59984">
            <wp:extent cx="6113249" cy="3205918"/>
            <wp:effectExtent l="0" t="0" r="1905" b="0"/>
            <wp:docPr id="911339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390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900" cy="32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49D2" w14:textId="77777777" w:rsidR="006423E4" w:rsidRDefault="006423E4"/>
    <w:p w14:paraId="59FE2646" w14:textId="77777777" w:rsidR="006423E4" w:rsidRDefault="006423E4"/>
    <w:p w14:paraId="0EF5CFA7" w14:textId="42C6A450" w:rsidR="006423E4" w:rsidRPr="00003EDE" w:rsidRDefault="00003EDE" w:rsidP="00003EDE">
      <w:pPr>
        <w:jc w:val="center"/>
        <w:rPr>
          <w:sz w:val="72"/>
          <w:szCs w:val="72"/>
        </w:rPr>
      </w:pPr>
      <w:r>
        <w:rPr>
          <w:sz w:val="72"/>
          <w:szCs w:val="72"/>
        </w:rPr>
        <w:t>Tee Shirt</w:t>
      </w:r>
    </w:p>
    <w:p w14:paraId="3EB64DC4" w14:textId="77777777" w:rsidR="006423E4" w:rsidRDefault="006423E4"/>
    <w:p w14:paraId="01CE8497" w14:textId="4745146F" w:rsidR="006423E4" w:rsidRDefault="006423E4" w:rsidP="00003EDE">
      <w:pPr>
        <w:jc w:val="center"/>
      </w:pPr>
      <w:r>
        <w:t xml:space="preserve">Tee Shirt </w:t>
      </w:r>
      <w:r w:rsidR="00003EDE">
        <w:t xml:space="preserve">will be Black with </w:t>
      </w:r>
      <w:r>
        <w:t>Logo</w:t>
      </w:r>
      <w:r w:rsidR="00003EDE">
        <w:t xml:space="preserve"> below</w:t>
      </w:r>
      <w:r>
        <w:t xml:space="preserve"> on </w:t>
      </w:r>
      <w:r w:rsidR="0055251A">
        <w:t xml:space="preserve">the </w:t>
      </w:r>
      <w:proofErr w:type="gramStart"/>
      <w:r w:rsidRPr="006423E4">
        <w:rPr>
          <w:u w:val="single"/>
        </w:rPr>
        <w:t>Back</w:t>
      </w:r>
      <w:r>
        <w:t xml:space="preserve"> </w:t>
      </w:r>
      <w:r w:rsidR="00003EDE">
        <w:t xml:space="preserve"> with</w:t>
      </w:r>
      <w:proofErr w:type="gramEnd"/>
      <w:r>
        <w:t xml:space="preserve"> Mid Canterbury Model Power Boat Club Logo</w:t>
      </w:r>
      <w:r w:rsidR="00003EDE">
        <w:t>.</w:t>
      </w:r>
    </w:p>
    <w:p w14:paraId="7F7A7DAB" w14:textId="42F2555B" w:rsidR="006423E4" w:rsidRDefault="006423E4" w:rsidP="00003EDE">
      <w:pPr>
        <w:jc w:val="center"/>
      </w:pPr>
      <w:r>
        <w:t>On the Front Pocket Area will be the NZMPBA Logo</w:t>
      </w:r>
    </w:p>
    <w:p w14:paraId="63D84682" w14:textId="77777777" w:rsidR="006423E4" w:rsidRDefault="006423E4"/>
    <w:p w14:paraId="0EA10110" w14:textId="623B723E" w:rsidR="006423E4" w:rsidRDefault="006423E4" w:rsidP="00003EDE">
      <w:pPr>
        <w:jc w:val="center"/>
      </w:pPr>
      <w:r>
        <w:rPr>
          <w:noProof/>
        </w:rPr>
        <w:drawing>
          <wp:inline distT="0" distB="0" distL="0" distR="0" wp14:anchorId="49A121D3" wp14:editId="6D076695">
            <wp:extent cx="4953000" cy="2736493"/>
            <wp:effectExtent l="0" t="0" r="0" b="6985"/>
            <wp:docPr id="87202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61" cy="274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8BFB6" w14:textId="450593FE" w:rsidR="00CE62DA" w:rsidRDefault="00CE62DA">
      <w:r>
        <w:rPr>
          <w:noProof/>
        </w:rPr>
        <w:lastRenderedPageBreak/>
        <w:drawing>
          <wp:inline distT="0" distB="0" distL="0" distR="0" wp14:anchorId="054640F1" wp14:editId="65BDFFA7">
            <wp:extent cx="5718810" cy="8089900"/>
            <wp:effectExtent l="0" t="0" r="0" b="6350"/>
            <wp:docPr id="1075413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0C7E5" w14:textId="77777777" w:rsidR="00CE62DA" w:rsidRDefault="00CE62DA"/>
    <w:p w14:paraId="45372601" w14:textId="77777777" w:rsidR="00CE62DA" w:rsidRDefault="00CE62DA"/>
    <w:p w14:paraId="453CBD2B" w14:textId="77777777" w:rsidR="00CE62DA" w:rsidRDefault="00CE62DA"/>
    <w:p w14:paraId="11D718B6" w14:textId="56085CC8" w:rsidR="00143F5B" w:rsidRPr="00F55487" w:rsidRDefault="00143F5B" w:rsidP="00143F5B">
      <w:pPr>
        <w:tabs>
          <w:tab w:val="left" w:pos="99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Some Accommodation Options Ashburton</w:t>
      </w:r>
    </w:p>
    <w:p w14:paraId="03DBC946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Tinwald Motel </w:t>
      </w:r>
    </w:p>
    <w:p w14:paraId="21C53D0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7km drive to Lake hood</w:t>
      </w:r>
    </w:p>
    <w:p w14:paraId="26C2EAAB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Restaurant + Sports Bar + Liquor Store + Super Market All next door</w:t>
      </w:r>
    </w:p>
    <w:p w14:paraId="1EB173A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Units from $145 per night</w:t>
      </w:r>
    </w:p>
    <w:p w14:paraId="18AE4C66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18" w:history="1">
        <w:r w:rsidRPr="00D07363">
          <w:rPr>
            <w:color w:val="0000FF"/>
            <w:sz w:val="20"/>
            <w:szCs w:val="20"/>
            <w:u w:val="single"/>
          </w:rPr>
          <w:t>Ashburton Motel Accommodation | Tinwald Motel | Affordable Luxury</w:t>
        </w:r>
      </w:hyperlink>
    </w:p>
    <w:p w14:paraId="71B59528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Ashburton Holiday Park &amp; Lodge </w:t>
      </w:r>
    </w:p>
    <w:p w14:paraId="5E2810E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 xml:space="preserve">Next Door to the Tinwald Domain with free access to Golf, Tennis &amp; basketball Courts </w:t>
      </w:r>
    </w:p>
    <w:p w14:paraId="421D1AA6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8km Drive to Lake Hood</w:t>
      </w:r>
    </w:p>
    <w:p w14:paraId="71943D0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Family Cabins Shared facilities $85 per night</w:t>
      </w:r>
    </w:p>
    <w:p w14:paraId="5EF51C03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Studios from $135 Per night</w:t>
      </w:r>
    </w:p>
    <w:p w14:paraId="7C409865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Powered sites from $30 per night</w:t>
      </w:r>
    </w:p>
    <w:p w14:paraId="55235DD1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Non Powered from $18 per night</w:t>
      </w:r>
    </w:p>
    <w:p w14:paraId="48D2EFF8" w14:textId="77777777" w:rsidR="00143F5B" w:rsidRDefault="00143F5B" w:rsidP="00143F5B">
      <w:pPr>
        <w:tabs>
          <w:tab w:val="left" w:pos="990"/>
        </w:tabs>
      </w:pPr>
      <w:hyperlink r:id="rId19" w:history="1">
        <w:r w:rsidRPr="00D07363">
          <w:rPr>
            <w:color w:val="0000FF"/>
            <w:sz w:val="20"/>
            <w:szCs w:val="20"/>
            <w:u w:val="single"/>
          </w:rPr>
          <w:t>Domain &amp; Park Facilities - ASHBURTON HOLIDAY PARK &amp; LODGE</w:t>
        </w:r>
      </w:hyperlink>
    </w:p>
    <w:p w14:paraId="5F4CDD26" w14:textId="77777777" w:rsidR="00143F5B" w:rsidRPr="00D07363" w:rsidRDefault="00143F5B" w:rsidP="00143F5B">
      <w:pPr>
        <w:tabs>
          <w:tab w:val="left" w:pos="990"/>
        </w:tabs>
        <w:rPr>
          <w:sz w:val="32"/>
          <w:szCs w:val="32"/>
        </w:rPr>
      </w:pPr>
      <w:r w:rsidRPr="00D07363">
        <w:rPr>
          <w:b/>
          <w:bCs/>
          <w:sz w:val="32"/>
          <w:szCs w:val="32"/>
        </w:rPr>
        <w:t xml:space="preserve">Commodore Motor Lodge </w:t>
      </w:r>
    </w:p>
    <w:p w14:paraId="22CCF5C4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12 km Drive to Lake Hood</w:t>
      </w:r>
    </w:p>
    <w:p w14:paraId="2BFD1674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Studios from $144 per night</w:t>
      </w:r>
    </w:p>
    <w:p w14:paraId="27532719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0" w:history="1">
        <w:r w:rsidRPr="00D07363">
          <w:rPr>
            <w:color w:val="0000FF"/>
            <w:sz w:val="20"/>
            <w:szCs w:val="20"/>
            <w:u w:val="single"/>
          </w:rPr>
          <w:t>Commodore Motor Lodge - Ashburton Motel Accommodation</w:t>
        </w:r>
      </w:hyperlink>
    </w:p>
    <w:p w14:paraId="3C0FC472" w14:textId="77777777" w:rsidR="00143F5B" w:rsidRPr="00D07363" w:rsidRDefault="00143F5B" w:rsidP="00143F5B">
      <w:pPr>
        <w:tabs>
          <w:tab w:val="left" w:pos="990"/>
        </w:tabs>
        <w:rPr>
          <w:b/>
          <w:bCs/>
          <w:sz w:val="32"/>
          <w:szCs w:val="32"/>
        </w:rPr>
      </w:pPr>
      <w:r w:rsidRPr="00D07363">
        <w:rPr>
          <w:b/>
          <w:bCs/>
          <w:sz w:val="32"/>
          <w:szCs w:val="32"/>
        </w:rPr>
        <w:t>Coronation Park Holiday Park</w:t>
      </w:r>
    </w:p>
    <w:p w14:paraId="43F0258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11km Drive to Lake Hood</w:t>
      </w:r>
    </w:p>
    <w:p w14:paraId="6EDB826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Cabins from $75 per night</w:t>
      </w:r>
    </w:p>
    <w:p w14:paraId="7626A0A0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Powered sites from $20 Per night</w:t>
      </w:r>
    </w:p>
    <w:p w14:paraId="42ED1A07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r w:rsidRPr="00D07363">
        <w:rPr>
          <w:sz w:val="20"/>
          <w:szCs w:val="20"/>
        </w:rPr>
        <w:t>Non Powered sites from $30 Per night</w:t>
      </w:r>
    </w:p>
    <w:p w14:paraId="1D0C5AC8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1" w:history="1">
        <w:r w:rsidRPr="00D07363">
          <w:rPr>
            <w:color w:val="0000FF"/>
            <w:sz w:val="20"/>
            <w:szCs w:val="20"/>
            <w:u w:val="single"/>
          </w:rPr>
          <w:t>Coronation Park Motels &amp; Holiday Park Ashburton, Canterbury</w:t>
        </w:r>
      </w:hyperlink>
    </w:p>
    <w:p w14:paraId="7E037522" w14:textId="77777777" w:rsidR="00143F5B" w:rsidRDefault="00143F5B" w:rsidP="00143F5B">
      <w:pPr>
        <w:tabs>
          <w:tab w:val="left" w:pos="990"/>
        </w:tabs>
      </w:pPr>
    </w:p>
    <w:p w14:paraId="65B18852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2" w:history="1">
        <w:r w:rsidRPr="00D07363">
          <w:rPr>
            <w:color w:val="0000FF"/>
            <w:sz w:val="20"/>
            <w:szCs w:val="20"/>
            <w:u w:val="single"/>
          </w:rPr>
          <w:t>Canterbury Accommodation, Motel in Canterbury - Taylors Motel [Official Site]</w:t>
        </w:r>
      </w:hyperlink>
    </w:p>
    <w:p w14:paraId="66C78C13" w14:textId="77777777" w:rsidR="00143F5B" w:rsidRPr="00D07363" w:rsidRDefault="00143F5B" w:rsidP="00143F5B">
      <w:pPr>
        <w:tabs>
          <w:tab w:val="left" w:pos="990"/>
        </w:tabs>
        <w:rPr>
          <w:sz w:val="20"/>
          <w:szCs w:val="20"/>
        </w:rPr>
      </w:pPr>
      <w:hyperlink r:id="rId23" w:history="1">
        <w:r w:rsidRPr="00D07363">
          <w:rPr>
            <w:color w:val="0000FF"/>
            <w:sz w:val="20"/>
            <w:szCs w:val="20"/>
            <w:u w:val="single"/>
          </w:rPr>
          <w:t>The Suites: Affordable and Convenient Motel in Ashburton for Budget Travelers - Accommodation</w:t>
        </w:r>
      </w:hyperlink>
    </w:p>
    <w:p w14:paraId="1055B063" w14:textId="77777777" w:rsidR="00143F5B" w:rsidRPr="00F55487" w:rsidRDefault="00143F5B" w:rsidP="00143F5B">
      <w:pPr>
        <w:tabs>
          <w:tab w:val="left" w:pos="990"/>
        </w:tabs>
        <w:rPr>
          <w:sz w:val="20"/>
          <w:szCs w:val="20"/>
        </w:rPr>
      </w:pPr>
      <w:hyperlink r:id="rId24" w:history="1">
        <w:r w:rsidRPr="00F55487">
          <w:rPr>
            <w:color w:val="0000FF"/>
            <w:sz w:val="20"/>
            <w:szCs w:val="20"/>
            <w:u w:val="single"/>
          </w:rPr>
          <w:t>Quality Ashburton Motel Accommodation | Bella Vista Motels NZ</w:t>
        </w:r>
      </w:hyperlink>
    </w:p>
    <w:p w14:paraId="045131FE" w14:textId="4069DBE4" w:rsidR="00CE62DA" w:rsidRPr="00143F5B" w:rsidRDefault="00143F5B" w:rsidP="00143F5B">
      <w:pPr>
        <w:tabs>
          <w:tab w:val="left" w:pos="990"/>
        </w:tabs>
        <w:rPr>
          <w:sz w:val="20"/>
          <w:szCs w:val="20"/>
        </w:rPr>
      </w:pPr>
      <w:hyperlink r:id="rId25" w:history="1">
        <w:r w:rsidRPr="00F55487">
          <w:rPr>
            <w:color w:val="0000FF"/>
            <w:sz w:val="20"/>
            <w:szCs w:val="20"/>
            <w:u w:val="single"/>
          </w:rPr>
          <w:t>Genuine Kiwi Hospitality | ASURE Adcroft Motel</w:t>
        </w:r>
      </w:hyperlink>
    </w:p>
    <w:sectPr w:rsidR="00CE62DA" w:rsidRPr="00143F5B" w:rsidSect="00072D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0019715">
    <w:abstractNumId w:val="8"/>
  </w:num>
  <w:num w:numId="2" w16cid:durableId="1178235605">
    <w:abstractNumId w:val="6"/>
  </w:num>
  <w:num w:numId="3" w16cid:durableId="1564608025">
    <w:abstractNumId w:val="5"/>
  </w:num>
  <w:num w:numId="4" w16cid:durableId="119082109">
    <w:abstractNumId w:val="4"/>
  </w:num>
  <w:num w:numId="5" w16cid:durableId="1112169919">
    <w:abstractNumId w:val="7"/>
  </w:num>
  <w:num w:numId="6" w16cid:durableId="857742080">
    <w:abstractNumId w:val="3"/>
  </w:num>
  <w:num w:numId="7" w16cid:durableId="584918096">
    <w:abstractNumId w:val="2"/>
  </w:num>
  <w:num w:numId="8" w16cid:durableId="1468082748">
    <w:abstractNumId w:val="1"/>
  </w:num>
  <w:num w:numId="9" w16cid:durableId="1885946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EDE"/>
    <w:rsid w:val="00034616"/>
    <w:rsid w:val="0006063C"/>
    <w:rsid w:val="000723D5"/>
    <w:rsid w:val="00072D99"/>
    <w:rsid w:val="00143F5B"/>
    <w:rsid w:val="0015074B"/>
    <w:rsid w:val="00184ADB"/>
    <w:rsid w:val="001C1730"/>
    <w:rsid w:val="001E3B2F"/>
    <w:rsid w:val="0029639D"/>
    <w:rsid w:val="00326F90"/>
    <w:rsid w:val="004F2FC2"/>
    <w:rsid w:val="0055251A"/>
    <w:rsid w:val="005A4CEB"/>
    <w:rsid w:val="006423E4"/>
    <w:rsid w:val="006A553A"/>
    <w:rsid w:val="006D1000"/>
    <w:rsid w:val="00742BC2"/>
    <w:rsid w:val="00A15274"/>
    <w:rsid w:val="00A15667"/>
    <w:rsid w:val="00AA1D8D"/>
    <w:rsid w:val="00B47730"/>
    <w:rsid w:val="00B54CD7"/>
    <w:rsid w:val="00C64DCE"/>
    <w:rsid w:val="00C66E23"/>
    <w:rsid w:val="00CB0664"/>
    <w:rsid w:val="00CE62DA"/>
    <w:rsid w:val="00D17A3D"/>
    <w:rsid w:val="00DF0AD4"/>
    <w:rsid w:val="00E071EF"/>
    <w:rsid w:val="00E87EF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EBA4D"/>
  <w14:defaultImageDpi w14:val="300"/>
  <w15:docId w15:val="{B9CAEF74-4D20-4493-9951-2AF5CCAE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CD7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A55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cparts.co.nz/category/253730" TargetMode="External"/><Relationship Id="rId13" Type="http://schemas.openxmlformats.org/officeDocument/2006/relationships/hyperlink" Target="https://maps.app.goo.gl/k6roThN8mc6pDCL69" TargetMode="External"/><Relationship Id="rId18" Type="http://schemas.openxmlformats.org/officeDocument/2006/relationships/hyperlink" Target="https://www.tinwaldmotels.co.nz/tinwald-motels/welcome_idl=1_idt=3322_id=21247_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oronationpark.co.nz/" TargetMode="External"/><Relationship Id="rId7" Type="http://schemas.openxmlformats.org/officeDocument/2006/relationships/hyperlink" Target="https://www.rcparts.co.nz/category/253730" TargetMode="External"/><Relationship Id="rId12" Type="http://schemas.openxmlformats.org/officeDocument/2006/relationships/hyperlink" Target="https://maps.app.goo.gl/puBpyHiDibcqrFnG9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adcroftmotel.co.n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commodoreashburton.co.nz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clifeltd@gmail.com" TargetMode="External"/><Relationship Id="rId24" Type="http://schemas.openxmlformats.org/officeDocument/2006/relationships/hyperlink" Target="https://www.bellavista.co.nz/our-motels/ashburt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thesuites.nz/accommodation" TargetMode="External"/><Relationship Id="rId10" Type="http://schemas.openxmlformats.org/officeDocument/2006/relationships/hyperlink" Target="https://www.rcparts.co.nz/product/dynamite-large-scale-safety-kill-switch" TargetMode="External"/><Relationship Id="rId19" Type="http://schemas.openxmlformats.org/officeDocument/2006/relationships/hyperlink" Target="https://www.ashburtonholidaypark.co.nz/domain--park-faciliti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taylorsmotel.co.nz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Ross Heald</cp:lastModifiedBy>
  <cp:revision>2</cp:revision>
  <cp:lastPrinted>2025-07-18T23:30:00Z</cp:lastPrinted>
  <dcterms:created xsi:type="dcterms:W3CDTF">2025-12-15T00:29:00Z</dcterms:created>
  <dcterms:modified xsi:type="dcterms:W3CDTF">2025-12-15T00:29:00Z</dcterms:modified>
  <cp:category/>
</cp:coreProperties>
</file>